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KEEP BESIDE THE LAPTOP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Screen different? Stop and paste this.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Open ChatGPT or chatgpt.com; use the approved company account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FF4D7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CURRENT SOURCE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FF4D7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The helper obtains and verifies the latest protected public kit. Public access needs no collaborator invitation. Your real work remains in a separate private or local project.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50" w:type="dxa"/>
              <w:start w:w="160" w:type="dxa"/>
              <w:bottom w:w="150" w:type="dxa"/>
              <w:end w:w="160" w:type="dxa"/>
            </w:tcMar>
            <w:shd w:fill="103323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i w:val="0"/>
                <w:color w:val="FFFFFF"/>
                <w:sz w:val="14"/>
              </w:rPr>
              <w:t>I am stuck setting up my Kairali AI workspace. I do not know Terminal, Python, Git, GitHub, folders, projects or Codex.</w:t>
              <w:br/>
              <w:br/>
              <w:t>Be my Setup Helper.</w:t>
              <w:br/>
              <w:br/>
              <w:t>1. Work out whether I am on Mac or Windows and check what is already installed before changing anything.</w:t>
              <w:br/>
              <w:t>2. Do every approved safe setup step you can yourself.</w:t>
              <w:br/>
              <w:t>3. If a click, login, account choice or permission must be done by me, show me only that one action in plain Mac or Windows words. Wait for me, then verify it worked.</w:t>
              <w:br/>
              <w:t>4. Never ask me to use Terminal, PowerShell, Command Prompt, Python, a CLI or type a command.</w:t>
              <w:br/>
              <w:t>5. Never ask for, read or repeat my password or one-time code.</w:t>
              <w:br/>
              <w:t>6. Use only my approved company account and company folder.</w:t>
              <w:br/>
              <w:t>7. Keep permissions on Ask for approval. Never choose Full access.</w:t>
              <w:br/>
              <w:t>8. For the shared Kairali workspace, use GitHub Desktop buttons. For a standalone local project, do not install GitHub unless it is actually needed.</w:t>
              <w:br/>
              <w:t>9. Continue until ChatGPT is installed, Codex is open, the correct project is connected, AGENTS.md is visible, approved apps are connected when required, and the startup test passes.</w:t>
              <w:br/>
              <w:t>10. If you cannot continue safely, write one OPEN_REGISTER.md row with the failed step, exact error, what you checked, and the one human access or decision needed. Then tell me whether Ambuj or Abilash must help.</w:t>
              <w:br/>
              <w:br/>
              <w:t>Do not teach me how the machinery works unless I ask. Start now by checking what I already have.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DONE WHEN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Codex is open in the correct separate work project; AGENTS.md is visible; the startup test answers; Ask for approval remains selected.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50" w:type="dxa"/>
              <w:start w:w="160" w:type="dxa"/>
              <w:bottom w:w="150" w:type="dxa"/>
              <w:end w:w="160" w:type="dxa"/>
            </w:tcMar>
            <w:shd w:fill="103323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i w:val="0"/>
                <w:color w:val="FFFFFF"/>
                <w:sz w:val="17"/>
              </w:rPr>
              <w:t>Read AGENTS.md and MASTER_CURSOR.md. Tell me the one live task, or say NOT SET. Change nothing.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E3EEF2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NEW RELEASE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E3EEF2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Open the existing worker and paste CHECK FOR KAIRALI UPDATE. The check changes nothing. Say UPDATE NOW only at a safe checkpoint; keep the version, receipt, preserved-state result and recovery location.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NEVER SHARE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Password, one-time code, personal account, private HR/banking data or company secrets. The helper may show one login action but never reads it.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037" w:right="1123" w:bottom="950" w:left="1123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D7469"/>
        <w:sz w:val="16"/>
      </w:rPr>
      <w:t>Employee rescue copy  ·  v1.5.1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i w:val="0"/>
        <w:color w:val="5D7469"/>
        <w:sz w:val="16"/>
      </w:rPr>
      <w:t>Kairali AI Method  |  Setup Helper card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Arial" w:hAnsi="Arial"/>
      <w:color w:val="1734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0332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0332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D713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332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/>
      <w:i/>
      <w:iCs/>
      <w:color w:val="10332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SETUP HELPER CARD v7 PUBLIC KIT</dc:title>
  <dc:subject>Complete Setup Helper rescue card</dc:subject>
  <dc:creator>Kairali AI Method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